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30732A" w14:textId="75222678" w:rsidR="00537C5D" w:rsidRPr="000F11FB" w:rsidRDefault="00A06B91">
      <w:pPr>
        <w:pStyle w:val="Nagwek1"/>
        <w:rPr>
          <w:lang w:val="pl-PL"/>
        </w:rPr>
      </w:pPr>
      <w:r w:rsidRPr="000F11FB">
        <w:rPr>
          <w:lang w:val="pl-PL"/>
        </w:rPr>
        <w:t xml:space="preserve">Ankieta </w:t>
      </w:r>
      <w:r w:rsidR="007A514A" w:rsidRPr="000F11FB">
        <w:rPr>
          <w:lang w:val="pl-PL"/>
        </w:rPr>
        <w:t>a</w:t>
      </w:r>
      <w:r w:rsidRPr="000F11FB">
        <w:rPr>
          <w:lang w:val="pl-PL"/>
        </w:rPr>
        <w:t xml:space="preserve">plikacyjna do </w:t>
      </w:r>
      <w:r w:rsidR="00934CFA" w:rsidRPr="000F11FB">
        <w:rPr>
          <w:lang w:val="pl-PL"/>
        </w:rPr>
        <w:t>p</w:t>
      </w:r>
      <w:r w:rsidRPr="000F11FB">
        <w:rPr>
          <w:lang w:val="pl-PL"/>
        </w:rPr>
        <w:t xml:space="preserve">rogramu </w:t>
      </w:r>
      <w:r w:rsidR="00934CFA" w:rsidRPr="000F11FB">
        <w:rPr>
          <w:lang w:val="pl-PL"/>
        </w:rPr>
        <w:t>s</w:t>
      </w:r>
      <w:r w:rsidRPr="000F11FB">
        <w:rPr>
          <w:lang w:val="pl-PL"/>
        </w:rPr>
        <w:t>tażowego w Grupie Wydawnictwa Poznańskiego</w:t>
      </w:r>
      <w:r w:rsidR="00934CFA" w:rsidRPr="000F11FB">
        <w:rPr>
          <w:lang w:val="pl-PL"/>
        </w:rPr>
        <w:t xml:space="preserve"> </w:t>
      </w:r>
      <w:r w:rsidR="000F11FB" w:rsidRPr="00E97B3C">
        <w:rPr>
          <w:lang w:val="pl-PL"/>
        </w:rPr>
        <w:t>„</w:t>
      </w:r>
      <w:r w:rsidR="00934CFA" w:rsidRPr="000F11FB">
        <w:rPr>
          <w:lang w:val="pl-PL"/>
        </w:rPr>
        <w:t xml:space="preserve">Pierwszy rozdział Twojej Kariery” </w:t>
      </w:r>
      <w:r w:rsidR="007A514A" w:rsidRPr="000F11FB">
        <w:rPr>
          <w:lang w:val="pl-PL"/>
        </w:rPr>
        <w:br/>
      </w:r>
    </w:p>
    <w:p w14:paraId="79BEFAEE" w14:textId="77777777" w:rsidR="00537C5D" w:rsidRPr="000F11FB" w:rsidRDefault="00A06B91">
      <w:pPr>
        <w:rPr>
          <w:lang w:val="pl-PL"/>
        </w:rPr>
      </w:pPr>
      <w:r w:rsidRPr="000F11FB">
        <w:rPr>
          <w:lang w:val="pl-PL"/>
        </w:rPr>
        <w:t>Dziękujemy za zainteresowanie naszym programem stażowym! Prosimy o wypełnienie poniższej ankiety, abyśmy mogli lepiej poznać Twoje umiejętności, doświadczenie i zainteresowania.</w:t>
      </w:r>
    </w:p>
    <w:p w14:paraId="2EAD7326" w14:textId="77777777" w:rsidR="00537C5D" w:rsidRPr="000F11FB" w:rsidRDefault="00A06B91">
      <w:pPr>
        <w:pStyle w:val="Nagwek2"/>
        <w:rPr>
          <w:lang w:val="pl-PL"/>
        </w:rPr>
      </w:pPr>
      <w:r w:rsidRPr="000F11FB">
        <w:rPr>
          <w:lang w:val="pl-PL"/>
        </w:rPr>
        <w:t>1. Dane osobowe</w:t>
      </w:r>
    </w:p>
    <w:p w14:paraId="4F2747DA" w14:textId="77777777" w:rsidR="00537C5D" w:rsidRPr="000F11FB" w:rsidRDefault="00A06B91">
      <w:pPr>
        <w:rPr>
          <w:lang w:val="pl-PL"/>
        </w:rPr>
      </w:pPr>
      <w:r w:rsidRPr="000F11FB">
        <w:rPr>
          <w:lang w:val="pl-PL"/>
        </w:rPr>
        <w:t>Imię i nazwisko:</w:t>
      </w:r>
    </w:p>
    <w:p w14:paraId="30FC683D" w14:textId="77777777" w:rsidR="00537C5D" w:rsidRPr="00E97B3C" w:rsidRDefault="00A06B91">
      <w:pPr>
        <w:rPr>
          <w:lang w:val="pt-PT"/>
        </w:rPr>
      </w:pPr>
      <w:r w:rsidRPr="00E97B3C">
        <w:rPr>
          <w:lang w:val="pt-PT"/>
        </w:rPr>
        <w:t>Adres e-mail:</w:t>
      </w:r>
    </w:p>
    <w:p w14:paraId="5E37B12B" w14:textId="77777777" w:rsidR="00537C5D" w:rsidRPr="00E97B3C" w:rsidRDefault="00A06B91">
      <w:pPr>
        <w:rPr>
          <w:lang w:val="pt-PT"/>
        </w:rPr>
      </w:pPr>
      <w:r w:rsidRPr="00E97B3C">
        <w:rPr>
          <w:lang w:val="pt-PT"/>
        </w:rPr>
        <w:t>Numer telefonu:</w:t>
      </w:r>
    </w:p>
    <w:p w14:paraId="1994A3A1" w14:textId="77777777" w:rsidR="00537C5D" w:rsidRPr="000F11FB" w:rsidRDefault="00A06B91">
      <w:pPr>
        <w:rPr>
          <w:lang w:val="pl-PL"/>
        </w:rPr>
      </w:pPr>
      <w:r w:rsidRPr="000F11FB">
        <w:rPr>
          <w:lang w:val="pl-PL"/>
        </w:rPr>
        <w:t>Miasto zamieszkania:</w:t>
      </w:r>
    </w:p>
    <w:p w14:paraId="76560544" w14:textId="77777777" w:rsidR="00537C5D" w:rsidRPr="000F11FB" w:rsidRDefault="00A06B91">
      <w:pPr>
        <w:pStyle w:val="Nagwek2"/>
        <w:rPr>
          <w:lang w:val="pl-PL"/>
        </w:rPr>
      </w:pPr>
      <w:r w:rsidRPr="000F11FB">
        <w:rPr>
          <w:lang w:val="pl-PL"/>
        </w:rPr>
        <w:t>2. Wykształcenie</w:t>
      </w:r>
    </w:p>
    <w:p w14:paraId="5D15013B" w14:textId="77777777" w:rsidR="00537C5D" w:rsidRPr="000F11FB" w:rsidRDefault="00A06B91">
      <w:pPr>
        <w:rPr>
          <w:lang w:val="pl-PL"/>
        </w:rPr>
      </w:pPr>
      <w:r w:rsidRPr="000F11FB">
        <w:rPr>
          <w:lang w:val="pl-PL"/>
        </w:rPr>
        <w:t>Kierunek studiów:</w:t>
      </w:r>
    </w:p>
    <w:p w14:paraId="09DD1445" w14:textId="77777777" w:rsidR="00537C5D" w:rsidRPr="000F11FB" w:rsidRDefault="00A06B91">
      <w:pPr>
        <w:rPr>
          <w:lang w:val="pl-PL"/>
        </w:rPr>
      </w:pPr>
      <w:r w:rsidRPr="000F11FB">
        <w:rPr>
          <w:lang w:val="pl-PL"/>
        </w:rPr>
        <w:t>Rok studiów:</w:t>
      </w:r>
    </w:p>
    <w:p w14:paraId="015F5AC2" w14:textId="77777777" w:rsidR="00537C5D" w:rsidRPr="000F11FB" w:rsidRDefault="00A06B91">
      <w:pPr>
        <w:rPr>
          <w:lang w:val="pl-PL"/>
        </w:rPr>
      </w:pPr>
      <w:r w:rsidRPr="000F11FB">
        <w:rPr>
          <w:lang w:val="pl-PL"/>
        </w:rPr>
        <w:t>Uczelnia:</w:t>
      </w:r>
    </w:p>
    <w:p w14:paraId="42298717" w14:textId="31A2F2EE" w:rsidR="00537C5D" w:rsidRPr="000F11FB" w:rsidRDefault="00A06B91">
      <w:pPr>
        <w:pStyle w:val="Nagwek2"/>
        <w:rPr>
          <w:lang w:val="pl-PL"/>
        </w:rPr>
      </w:pPr>
      <w:r w:rsidRPr="000F11FB">
        <w:rPr>
          <w:lang w:val="pl-PL"/>
        </w:rPr>
        <w:t>3. Obszar zainteresowań – wybierz markę, w której chcesz pracować:</w:t>
      </w:r>
    </w:p>
    <w:p w14:paraId="4E304330" w14:textId="6953FA20" w:rsidR="00537C5D" w:rsidRPr="000F11FB" w:rsidRDefault="00A06B91">
      <w:pPr>
        <w:rPr>
          <w:lang w:val="pl-PL"/>
        </w:rPr>
      </w:pPr>
      <w:r w:rsidRPr="000F11FB">
        <w:rPr>
          <w:lang w:val="pl-PL"/>
        </w:rPr>
        <w:t>[ ] Wydawnictwo Poznańskie</w:t>
      </w:r>
      <w:r w:rsidR="00E97B3C">
        <w:rPr>
          <w:lang w:val="pl-PL"/>
        </w:rPr>
        <w:t xml:space="preserve"> (literatura piękna i non-</w:t>
      </w:r>
      <w:proofErr w:type="spellStart"/>
      <w:r w:rsidR="00E97B3C">
        <w:rPr>
          <w:lang w:val="pl-PL"/>
        </w:rPr>
        <w:t>fiction</w:t>
      </w:r>
      <w:proofErr w:type="spellEnd"/>
      <w:r w:rsidR="00E97B3C">
        <w:rPr>
          <w:lang w:val="pl-PL"/>
        </w:rPr>
        <w:t xml:space="preserve">) </w:t>
      </w:r>
    </w:p>
    <w:p w14:paraId="2C8E78D5" w14:textId="61AB75E6" w:rsidR="00537C5D" w:rsidRPr="000F11FB" w:rsidRDefault="00A06B91">
      <w:pPr>
        <w:rPr>
          <w:lang w:val="pl-PL"/>
        </w:rPr>
      </w:pPr>
      <w:r w:rsidRPr="000F11FB">
        <w:rPr>
          <w:lang w:val="pl-PL"/>
        </w:rPr>
        <w:t>[ ] Czwarta Strona</w:t>
      </w:r>
      <w:r w:rsidR="00E97B3C">
        <w:rPr>
          <w:lang w:val="pl-PL"/>
        </w:rPr>
        <w:t xml:space="preserve"> (literatura gatunkowa i dziecięca) </w:t>
      </w:r>
    </w:p>
    <w:p w14:paraId="70BE4889" w14:textId="6B10D784" w:rsidR="00537C5D" w:rsidRPr="000F11FB" w:rsidRDefault="00A06B91">
      <w:pPr>
        <w:rPr>
          <w:lang w:val="pl-PL"/>
        </w:rPr>
      </w:pPr>
      <w:r w:rsidRPr="000F11FB">
        <w:rPr>
          <w:lang w:val="pl-PL"/>
        </w:rPr>
        <w:t xml:space="preserve">[ ] We </w:t>
      </w:r>
      <w:proofErr w:type="spellStart"/>
      <w:r w:rsidRPr="000F11FB">
        <w:rPr>
          <w:lang w:val="pl-PL"/>
        </w:rPr>
        <w:t>need</w:t>
      </w:r>
      <w:proofErr w:type="spellEnd"/>
      <w:r w:rsidRPr="000F11FB">
        <w:rPr>
          <w:lang w:val="pl-PL"/>
        </w:rPr>
        <w:t xml:space="preserve"> YA </w:t>
      </w:r>
      <w:r w:rsidR="00E97B3C">
        <w:rPr>
          <w:lang w:val="pl-PL"/>
        </w:rPr>
        <w:t xml:space="preserve">(literatura młodzieżowa) </w:t>
      </w:r>
    </w:p>
    <w:p w14:paraId="4EF1A2B5" w14:textId="77777777" w:rsidR="00537C5D" w:rsidRPr="000F11FB" w:rsidRDefault="00A06B91">
      <w:pPr>
        <w:pStyle w:val="Nagwek2"/>
        <w:rPr>
          <w:lang w:val="pl-PL"/>
        </w:rPr>
      </w:pPr>
      <w:r w:rsidRPr="000F11FB">
        <w:rPr>
          <w:lang w:val="pl-PL"/>
        </w:rPr>
        <w:t>4. Doświadczenie i umiejętności</w:t>
      </w:r>
    </w:p>
    <w:p w14:paraId="26FBEC2C" w14:textId="77777777" w:rsidR="00537C5D" w:rsidRPr="000F11FB" w:rsidRDefault="00A06B91">
      <w:pPr>
        <w:rPr>
          <w:b/>
          <w:bCs/>
          <w:lang w:val="pl-PL"/>
        </w:rPr>
      </w:pPr>
      <w:r w:rsidRPr="000F11FB">
        <w:rPr>
          <w:b/>
          <w:bCs/>
          <w:lang w:val="pl-PL"/>
        </w:rPr>
        <w:t>a. Czy posiadasz wcześniejsze doświadczenie związane z wybranym obszarem (staże, praktyki, praca)?</w:t>
      </w:r>
    </w:p>
    <w:p w14:paraId="29A01579" w14:textId="2621E169" w:rsidR="00537C5D" w:rsidRPr="000F11FB" w:rsidRDefault="00A06B91">
      <w:pPr>
        <w:rPr>
          <w:lang w:val="pl-PL"/>
        </w:rPr>
      </w:pPr>
      <w:r w:rsidRPr="000F11FB">
        <w:rPr>
          <w:lang w:val="pl-PL"/>
        </w:rPr>
        <w:t xml:space="preserve">[ ] Tak </w:t>
      </w:r>
    </w:p>
    <w:p w14:paraId="7D64935A" w14:textId="77777777" w:rsidR="00537C5D" w:rsidRPr="000F11FB" w:rsidRDefault="00A06B91">
      <w:pPr>
        <w:rPr>
          <w:lang w:val="pl-PL"/>
        </w:rPr>
      </w:pPr>
      <w:r w:rsidRPr="000F11FB">
        <w:rPr>
          <w:lang w:val="pl-PL"/>
        </w:rPr>
        <w:t>[ ] Nie</w:t>
      </w:r>
    </w:p>
    <w:p w14:paraId="1675E014" w14:textId="608B75F5" w:rsidR="00537C5D" w:rsidRPr="000F11FB" w:rsidRDefault="00A06B91">
      <w:pPr>
        <w:rPr>
          <w:lang w:val="pl-PL"/>
        </w:rPr>
      </w:pPr>
      <w:r w:rsidRPr="000F11FB">
        <w:rPr>
          <w:lang w:val="pl-PL"/>
        </w:rPr>
        <w:t xml:space="preserve">Jeśli </w:t>
      </w:r>
      <w:r w:rsidR="00934CFA" w:rsidRPr="000F11FB">
        <w:rPr>
          <w:lang w:val="pl-PL"/>
        </w:rPr>
        <w:t>zaznaczono TAK</w:t>
      </w:r>
      <w:r w:rsidRPr="000F11FB">
        <w:rPr>
          <w:lang w:val="pl-PL"/>
        </w:rPr>
        <w:t>, prosimy o podanie szczegółów (nazwa firmy, zakres obowiązków, czas trwania)</w:t>
      </w:r>
      <w:r w:rsidR="00934CFA" w:rsidRPr="000F11FB">
        <w:rPr>
          <w:lang w:val="pl-PL"/>
        </w:rPr>
        <w:t xml:space="preserve">. </w:t>
      </w:r>
    </w:p>
    <w:p w14:paraId="1038320A" w14:textId="77777777" w:rsidR="00537C5D" w:rsidRPr="000F11FB" w:rsidRDefault="00A06B91">
      <w:pPr>
        <w:rPr>
          <w:b/>
          <w:bCs/>
          <w:lang w:val="pl-PL"/>
        </w:rPr>
      </w:pPr>
      <w:r w:rsidRPr="000F11FB">
        <w:rPr>
          <w:b/>
          <w:bCs/>
          <w:lang w:val="pl-PL"/>
        </w:rPr>
        <w:t>b. Jakie umiejętności możesz wnieść do naszego zespołu?</w:t>
      </w:r>
    </w:p>
    <w:p w14:paraId="12F9FFA8" w14:textId="77777777" w:rsidR="00537C5D" w:rsidRPr="000F11FB" w:rsidRDefault="00A06B91">
      <w:pPr>
        <w:rPr>
          <w:b/>
          <w:bCs/>
          <w:lang w:val="pl-PL"/>
        </w:rPr>
      </w:pPr>
      <w:r w:rsidRPr="000F11FB">
        <w:rPr>
          <w:b/>
          <w:bCs/>
          <w:lang w:val="pl-PL"/>
        </w:rPr>
        <w:t>c. Czy posiadasz dodatkowe kwalifikacje, np. znajomość języków obcych, programów graficznych lub analitycznych?</w:t>
      </w:r>
    </w:p>
    <w:p w14:paraId="4FDCE1D4" w14:textId="77777777" w:rsidR="00537C5D" w:rsidRPr="000F11FB" w:rsidRDefault="00A06B91">
      <w:pPr>
        <w:pStyle w:val="Nagwek2"/>
        <w:rPr>
          <w:lang w:val="pl-PL"/>
        </w:rPr>
      </w:pPr>
      <w:r w:rsidRPr="000F11FB">
        <w:rPr>
          <w:lang w:val="pl-PL"/>
        </w:rPr>
        <w:lastRenderedPageBreak/>
        <w:t>5. Motywacja</w:t>
      </w:r>
    </w:p>
    <w:p w14:paraId="67D06631" w14:textId="77777777" w:rsidR="00537C5D" w:rsidRPr="000F11FB" w:rsidRDefault="00A06B91">
      <w:pPr>
        <w:rPr>
          <w:b/>
          <w:bCs/>
          <w:lang w:val="pl-PL"/>
        </w:rPr>
      </w:pPr>
      <w:r w:rsidRPr="000F11FB">
        <w:rPr>
          <w:b/>
          <w:bCs/>
          <w:lang w:val="pl-PL"/>
        </w:rPr>
        <w:t>a. Dlaczego chcesz odbyć staż w Grupie Wydawnictwa Poznańskiego?</w:t>
      </w:r>
    </w:p>
    <w:p w14:paraId="6D976FBB" w14:textId="77777777" w:rsidR="00537C5D" w:rsidRPr="000F11FB" w:rsidRDefault="00A06B91">
      <w:pPr>
        <w:rPr>
          <w:b/>
          <w:bCs/>
          <w:lang w:val="pl-PL"/>
        </w:rPr>
      </w:pPr>
      <w:r w:rsidRPr="000F11FB">
        <w:rPr>
          <w:b/>
          <w:bCs/>
          <w:lang w:val="pl-PL"/>
        </w:rPr>
        <w:t>b. Co najbardziej interesuje Cię w wybranym obszarze?</w:t>
      </w:r>
    </w:p>
    <w:p w14:paraId="39F88290" w14:textId="77777777" w:rsidR="00537C5D" w:rsidRPr="000F11FB" w:rsidRDefault="00A06B91">
      <w:pPr>
        <w:rPr>
          <w:b/>
          <w:bCs/>
          <w:lang w:val="pl-PL"/>
        </w:rPr>
      </w:pPr>
      <w:r w:rsidRPr="000F11FB">
        <w:rPr>
          <w:b/>
          <w:bCs/>
          <w:lang w:val="pl-PL"/>
        </w:rPr>
        <w:t>c. Jakie są Twoje cele zawodowe na najbliższe 3-5 lat?</w:t>
      </w:r>
    </w:p>
    <w:p w14:paraId="787ECD4B" w14:textId="6E257739" w:rsidR="00537C5D" w:rsidRPr="000F11FB" w:rsidRDefault="007A514A">
      <w:pPr>
        <w:pStyle w:val="Nagwek2"/>
        <w:rPr>
          <w:lang w:val="pl-PL"/>
        </w:rPr>
      </w:pPr>
      <w:r w:rsidRPr="000F11FB">
        <w:rPr>
          <w:lang w:val="pl-PL"/>
        </w:rPr>
        <w:t>6. Dostępność</w:t>
      </w:r>
    </w:p>
    <w:p w14:paraId="3396AB49" w14:textId="77777777" w:rsidR="00537C5D" w:rsidRPr="000F11FB" w:rsidRDefault="00A06B91">
      <w:pPr>
        <w:rPr>
          <w:b/>
          <w:bCs/>
          <w:lang w:val="pl-PL"/>
        </w:rPr>
      </w:pPr>
      <w:r w:rsidRPr="000F11FB">
        <w:rPr>
          <w:b/>
          <w:bCs/>
          <w:lang w:val="pl-PL"/>
        </w:rPr>
        <w:t>Kiedy możesz rozpocząć staż?</w:t>
      </w:r>
    </w:p>
    <w:p w14:paraId="4BB3D233" w14:textId="77777777" w:rsidR="00537C5D" w:rsidRPr="000F11FB" w:rsidRDefault="00A06B91">
      <w:pPr>
        <w:pStyle w:val="Nagwek2"/>
        <w:rPr>
          <w:lang w:val="pl-PL"/>
        </w:rPr>
      </w:pPr>
      <w:r w:rsidRPr="000F11FB">
        <w:rPr>
          <w:lang w:val="pl-PL"/>
        </w:rPr>
        <w:t>8. Dodatkowe informacje</w:t>
      </w:r>
    </w:p>
    <w:p w14:paraId="4C93C96A" w14:textId="77777777" w:rsidR="00537C5D" w:rsidRPr="000F11FB" w:rsidRDefault="00A06B91">
      <w:pPr>
        <w:rPr>
          <w:b/>
          <w:bCs/>
          <w:lang w:val="pl-PL"/>
        </w:rPr>
      </w:pPr>
      <w:r w:rsidRPr="000F11FB">
        <w:rPr>
          <w:b/>
          <w:bCs/>
          <w:lang w:val="pl-PL"/>
        </w:rPr>
        <w:t>Czy chciał(a)byś podzielić się czymś jeszcze, co może pomóc nam lepiej Cię poznać?</w:t>
      </w:r>
    </w:p>
    <w:p w14:paraId="76015F56" w14:textId="77777777" w:rsidR="007A514A" w:rsidRPr="000F11FB" w:rsidRDefault="007A514A">
      <w:pPr>
        <w:rPr>
          <w:lang w:val="pl-PL"/>
        </w:rPr>
      </w:pPr>
    </w:p>
    <w:p w14:paraId="6CC60F25" w14:textId="60B76097" w:rsidR="00537C5D" w:rsidRPr="000F11FB" w:rsidRDefault="00A06B91">
      <w:pPr>
        <w:rPr>
          <w:lang w:val="pl-PL"/>
        </w:rPr>
      </w:pPr>
      <w:r w:rsidRPr="000F11FB">
        <w:rPr>
          <w:lang w:val="pl-PL"/>
        </w:rPr>
        <w:t>Dziękujemy za wypełnienie ankiety! Skontaktujemy się z wybranymi kandydatami w celu ustalenia dalszych kroków rekrutacyjnych.</w:t>
      </w:r>
    </w:p>
    <w:sectPr w:rsidR="00537C5D" w:rsidRPr="000F11F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82543681">
    <w:abstractNumId w:val="8"/>
  </w:num>
  <w:num w:numId="2" w16cid:durableId="1411731986">
    <w:abstractNumId w:val="6"/>
  </w:num>
  <w:num w:numId="3" w16cid:durableId="923539047">
    <w:abstractNumId w:val="5"/>
  </w:num>
  <w:num w:numId="4" w16cid:durableId="1330406141">
    <w:abstractNumId w:val="4"/>
  </w:num>
  <w:num w:numId="5" w16cid:durableId="838884445">
    <w:abstractNumId w:val="7"/>
  </w:num>
  <w:num w:numId="6" w16cid:durableId="1213425352">
    <w:abstractNumId w:val="3"/>
  </w:num>
  <w:num w:numId="7" w16cid:durableId="22172023">
    <w:abstractNumId w:val="2"/>
  </w:num>
  <w:num w:numId="8" w16cid:durableId="785537005">
    <w:abstractNumId w:val="1"/>
  </w:num>
  <w:num w:numId="9" w16cid:durableId="2087147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3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F11FB"/>
    <w:rsid w:val="0015074B"/>
    <w:rsid w:val="002152B0"/>
    <w:rsid w:val="0029639D"/>
    <w:rsid w:val="00326F90"/>
    <w:rsid w:val="00537C5D"/>
    <w:rsid w:val="007A514A"/>
    <w:rsid w:val="00934CFA"/>
    <w:rsid w:val="00A06B91"/>
    <w:rsid w:val="00AA1D8D"/>
    <w:rsid w:val="00B47730"/>
    <w:rsid w:val="00C33535"/>
    <w:rsid w:val="00CB0664"/>
    <w:rsid w:val="00E97B3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D2E476"/>
  <w14:defaultImageDpi w14:val="300"/>
  <w15:docId w15:val="{BF0E0775-8B4B-4D9C-9EDA-EF3BB860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Poprawka">
    <w:name w:val="Revision"/>
    <w:hidden/>
    <w:uiPriority w:val="99"/>
    <w:semiHidden/>
    <w:rsid w:val="000F11FB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F11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F11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F11F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11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11F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206</Words>
  <Characters>1332</Characters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2025-01-21T10:48:00Z</dcterms:created>
  <dcterms:modified xsi:type="dcterms:W3CDTF">2025-01-24T08:38:00Z</dcterms:modified>
  <cp:category/>
</cp:coreProperties>
</file>